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4B" w:rsidRDefault="005631E7">
      <w:pPr>
        <w:spacing w:after="0" w:line="240" w:lineRule="auto"/>
      </w:pPr>
      <w:r>
        <w:br/>
      </w:r>
      <w:r>
        <w:br/>
      </w:r>
      <w:r>
        <w:br/>
      </w:r>
      <w:r>
        <w:br/>
      </w:r>
      <w:r>
        <w:br/>
      </w:r>
    </w:p>
    <w:p w:rsidR="004B224B" w:rsidRDefault="005631E7">
      <w:pPr>
        <w:spacing w:after="0"/>
        <w:jc w:val="center"/>
      </w:pPr>
      <w:r>
        <w:rPr>
          <w:b/>
          <w:sz w:val="24"/>
        </w:rPr>
        <w:t>Anunț public</w:t>
      </w:r>
    </w:p>
    <w:p w:rsidR="004B224B" w:rsidRPr="00562260" w:rsidRDefault="005631E7">
      <w:pPr>
        <w:spacing w:after="440"/>
        <w:jc w:val="center"/>
        <w:rPr>
          <w:sz w:val="24"/>
          <w:szCs w:val="24"/>
        </w:rPr>
      </w:pPr>
      <w:proofErr w:type="gramStart"/>
      <w:r w:rsidRPr="00562260">
        <w:rPr>
          <w:b/>
          <w:sz w:val="24"/>
          <w:szCs w:val="24"/>
        </w:rPr>
        <w:t>privind</w:t>
      </w:r>
      <w:proofErr w:type="gramEnd"/>
      <w:r w:rsidRPr="00562260">
        <w:rPr>
          <w:b/>
          <w:sz w:val="24"/>
          <w:szCs w:val="24"/>
        </w:rPr>
        <w:t xml:space="preserve"> depunerea solicitării de emitere a acordului de mediu</w:t>
      </w:r>
    </w:p>
    <w:p w:rsidR="004B224B" w:rsidRPr="00562260" w:rsidRDefault="004E65F9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b/>
          <w:sz w:val="24"/>
          <w:szCs w:val="24"/>
        </w:rPr>
        <w:t>COMUNA CORONINI</w:t>
      </w:r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anunță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publicul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interesat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asupra</w:t>
      </w:r>
      <w:proofErr w:type="spellEnd"/>
      <w:r w:rsidR="005631E7" w:rsidRPr="00562260">
        <w:rPr>
          <w:sz w:val="24"/>
          <w:szCs w:val="24"/>
        </w:rPr>
        <w:t xml:space="preserve"> depunerii solicitării de emitere a </w:t>
      </w:r>
      <w:proofErr w:type="spellStart"/>
      <w:r w:rsidR="005631E7" w:rsidRPr="00562260">
        <w:rPr>
          <w:sz w:val="24"/>
          <w:szCs w:val="24"/>
        </w:rPr>
        <w:t>acordului</w:t>
      </w:r>
      <w:proofErr w:type="spellEnd"/>
      <w:r w:rsidR="005631E7" w:rsidRPr="00562260">
        <w:rPr>
          <w:sz w:val="24"/>
          <w:szCs w:val="24"/>
        </w:rPr>
        <w:t xml:space="preserve"> de </w:t>
      </w:r>
      <w:proofErr w:type="spellStart"/>
      <w:r w:rsidR="005631E7" w:rsidRPr="00562260">
        <w:rPr>
          <w:sz w:val="24"/>
          <w:szCs w:val="24"/>
        </w:rPr>
        <w:t>mediu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pentru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proiectul</w:t>
      </w:r>
      <w:proofErr w:type="spellEnd"/>
      <w:r w:rsidR="005631E7" w:rsidRPr="00562260">
        <w:rPr>
          <w:sz w:val="24"/>
          <w:szCs w:val="24"/>
        </w:rPr>
        <w:t xml:space="preserve"> „</w:t>
      </w:r>
      <w:r w:rsidRPr="00562260">
        <w:rPr>
          <w:sz w:val="24"/>
          <w:szCs w:val="24"/>
        </w:rPr>
        <w:t xml:space="preserve">DEZVOLTAREA INFRASTRUCTURII DE TURISM ÎN COMUNA CORONINI, JUDEȚUL CARAȘ-SEVERIN, </w:t>
      </w:r>
      <w:r w:rsidRPr="000C5C23">
        <w:rPr>
          <w:b/>
          <w:i/>
          <w:sz w:val="24"/>
          <w:szCs w:val="24"/>
          <w:u w:val="single"/>
        </w:rPr>
        <w:t>OBIECTUL 3</w:t>
      </w:r>
      <w:r w:rsidRPr="00562260">
        <w:rPr>
          <w:sz w:val="24"/>
          <w:szCs w:val="24"/>
        </w:rPr>
        <w:t xml:space="preserve"> – REALIZARE DEBARCADER ȘI PROMENADĂ”</w:t>
      </w:r>
      <w:r w:rsidR="005631E7" w:rsidRPr="00562260">
        <w:rPr>
          <w:sz w:val="24"/>
          <w:szCs w:val="24"/>
        </w:rPr>
        <w:t xml:space="preserve">”, </w:t>
      </w:r>
      <w:proofErr w:type="spellStart"/>
      <w:r w:rsidR="005631E7" w:rsidRPr="00562260">
        <w:rPr>
          <w:sz w:val="24"/>
          <w:szCs w:val="24"/>
        </w:rPr>
        <w:t>propus</w:t>
      </w:r>
      <w:proofErr w:type="spellEnd"/>
      <w:r w:rsidR="005631E7" w:rsidRPr="00562260">
        <w:rPr>
          <w:sz w:val="24"/>
          <w:szCs w:val="24"/>
        </w:rPr>
        <w:t xml:space="preserve"> a fi </w:t>
      </w:r>
      <w:proofErr w:type="spellStart"/>
      <w:r w:rsidR="000C5C23">
        <w:rPr>
          <w:sz w:val="24"/>
          <w:szCs w:val="24"/>
        </w:rPr>
        <w:t>amplasat</w:t>
      </w:r>
      <w:proofErr w:type="spellEnd"/>
      <w:r w:rsidR="000C5C23">
        <w:rPr>
          <w:sz w:val="24"/>
          <w:szCs w:val="24"/>
        </w:rPr>
        <w:t xml:space="preserve"> </w:t>
      </w:r>
      <w:proofErr w:type="gramStart"/>
      <w:r w:rsidR="000C5C23">
        <w:rPr>
          <w:sz w:val="24"/>
          <w:szCs w:val="24"/>
        </w:rPr>
        <w:t>în ................</w:t>
      </w:r>
      <w:proofErr w:type="gramEnd"/>
      <w:r w:rsidR="005631E7" w:rsidRPr="00562260">
        <w:rPr>
          <w:sz w:val="24"/>
          <w:szCs w:val="24"/>
        </w:rPr>
        <w:t xml:space="preserve"> </w:t>
      </w:r>
      <w:proofErr w:type="spellStart"/>
      <w:r w:rsidRPr="00562260">
        <w:rPr>
          <w:b/>
          <w:i/>
          <w:sz w:val="24"/>
          <w:szCs w:val="24"/>
        </w:rPr>
        <w:t>Comuna</w:t>
      </w:r>
      <w:proofErr w:type="spellEnd"/>
      <w:r w:rsidRPr="00562260">
        <w:rPr>
          <w:b/>
          <w:i/>
          <w:sz w:val="24"/>
          <w:szCs w:val="24"/>
        </w:rPr>
        <w:t xml:space="preserve"> Coronini</w:t>
      </w:r>
      <w:r w:rsidR="005631E7" w:rsidRPr="00562260">
        <w:rPr>
          <w:sz w:val="24"/>
          <w:szCs w:val="24"/>
        </w:rPr>
        <w:t>.</w:t>
      </w:r>
    </w:p>
    <w:p w:rsidR="004B224B" w:rsidRPr="00562260" w:rsidRDefault="005631E7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sz w:val="24"/>
          <w:szCs w:val="24"/>
        </w:rPr>
        <w:t>Informațiile privind proiectul propus pot fi consultate la sediul Direcției Județene de Mediu Caraș-Severin, Reș</w:t>
      </w:r>
      <w:bookmarkStart w:id="0" w:name="_GoBack"/>
      <w:bookmarkEnd w:id="0"/>
      <w:r w:rsidRPr="00562260">
        <w:rPr>
          <w:sz w:val="24"/>
          <w:szCs w:val="24"/>
        </w:rPr>
        <w:t>ița, str. Petru Maior, nr. 73, în zilele de luni - joi,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- 16</w:t>
      </w:r>
      <w:r w:rsidRPr="00562260">
        <w:rPr>
          <w:sz w:val="24"/>
          <w:szCs w:val="24"/>
          <w:vertAlign w:val="superscript"/>
        </w:rPr>
        <w:t>30</w:t>
      </w:r>
      <w:r w:rsidRPr="00562260">
        <w:rPr>
          <w:sz w:val="24"/>
          <w:szCs w:val="24"/>
        </w:rPr>
        <w:t>, și vineri,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- 14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, </w:t>
      </w:r>
      <w:proofErr w:type="spellStart"/>
      <w:r w:rsidRPr="00562260">
        <w:rPr>
          <w:sz w:val="24"/>
          <w:szCs w:val="24"/>
        </w:rPr>
        <w:t>și</w:t>
      </w:r>
      <w:proofErr w:type="spellEnd"/>
      <w:r w:rsidRPr="00562260">
        <w:rPr>
          <w:sz w:val="24"/>
          <w:szCs w:val="24"/>
        </w:rPr>
        <w:t xml:space="preserve"> la </w:t>
      </w:r>
      <w:proofErr w:type="spellStart"/>
      <w:r w:rsidRPr="00562260">
        <w:rPr>
          <w:sz w:val="24"/>
          <w:szCs w:val="24"/>
        </w:rPr>
        <w:t>sediul</w:t>
      </w:r>
      <w:proofErr w:type="spellEnd"/>
      <w:r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Comunei</w:t>
      </w:r>
      <w:proofErr w:type="spellEnd"/>
      <w:r w:rsidR="008408E6" w:rsidRPr="00562260">
        <w:rPr>
          <w:sz w:val="24"/>
          <w:szCs w:val="24"/>
        </w:rPr>
        <w:t xml:space="preserve"> CORONINI in </w:t>
      </w:r>
      <w:proofErr w:type="spellStart"/>
      <w:r w:rsidR="008408E6" w:rsidRPr="00562260">
        <w:rPr>
          <w:sz w:val="24"/>
          <w:szCs w:val="24"/>
        </w:rPr>
        <w:t>zilele</w:t>
      </w:r>
      <w:proofErr w:type="spellEnd"/>
      <w:r w:rsidR="008408E6" w:rsidRPr="00562260">
        <w:rPr>
          <w:sz w:val="24"/>
          <w:szCs w:val="24"/>
        </w:rPr>
        <w:t xml:space="preserve"> de </w:t>
      </w:r>
      <w:proofErr w:type="spellStart"/>
      <w:r w:rsidR="008408E6" w:rsidRPr="00562260">
        <w:rPr>
          <w:sz w:val="24"/>
          <w:szCs w:val="24"/>
        </w:rPr>
        <w:t>luni-joi</w:t>
      </w:r>
      <w:proofErr w:type="spellEnd"/>
      <w:r w:rsidR="008408E6" w:rsidRPr="00562260">
        <w:rPr>
          <w:sz w:val="24"/>
          <w:szCs w:val="24"/>
        </w:rPr>
        <w:t xml:space="preserve">, </w:t>
      </w:r>
      <w:proofErr w:type="spellStart"/>
      <w:r w:rsidR="008408E6" w:rsidRPr="00562260">
        <w:rPr>
          <w:sz w:val="24"/>
          <w:szCs w:val="24"/>
        </w:rPr>
        <w:t>între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orele</w:t>
      </w:r>
      <w:proofErr w:type="spellEnd"/>
      <w:r w:rsidR="008408E6" w:rsidRPr="00562260">
        <w:rPr>
          <w:sz w:val="24"/>
          <w:szCs w:val="24"/>
        </w:rPr>
        <w:t xml:space="preserve"> 09,oo – 15,oo, </w:t>
      </w:r>
      <w:proofErr w:type="spellStart"/>
      <w:r w:rsidR="008408E6" w:rsidRPr="00562260">
        <w:rPr>
          <w:sz w:val="24"/>
          <w:szCs w:val="24"/>
        </w:rPr>
        <w:t>și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vineri</w:t>
      </w:r>
      <w:proofErr w:type="spellEnd"/>
      <w:r w:rsidR="008408E6" w:rsidRPr="00562260">
        <w:rPr>
          <w:sz w:val="24"/>
          <w:szCs w:val="24"/>
        </w:rPr>
        <w:t xml:space="preserve">, </w:t>
      </w:r>
      <w:proofErr w:type="spellStart"/>
      <w:r w:rsidR="008408E6" w:rsidRPr="00562260">
        <w:rPr>
          <w:sz w:val="24"/>
          <w:szCs w:val="24"/>
        </w:rPr>
        <w:t>între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orele</w:t>
      </w:r>
      <w:proofErr w:type="spellEnd"/>
      <w:r w:rsidR="008408E6" w:rsidRPr="00562260">
        <w:rPr>
          <w:sz w:val="24"/>
          <w:szCs w:val="24"/>
        </w:rPr>
        <w:t xml:space="preserve"> 08.oo – 13.oo</w:t>
      </w:r>
      <w:r w:rsidRPr="00562260">
        <w:rPr>
          <w:sz w:val="24"/>
          <w:szCs w:val="24"/>
        </w:rPr>
        <w:t>.</w:t>
      </w:r>
    </w:p>
    <w:p w:rsidR="004B224B" w:rsidRDefault="005631E7">
      <w:pPr>
        <w:spacing w:after="0" w:line="252" w:lineRule="auto"/>
        <w:ind w:firstLine="397"/>
        <w:jc w:val="both"/>
      </w:pPr>
      <w:r w:rsidRPr="00562260">
        <w:rPr>
          <w:sz w:val="24"/>
          <w:szCs w:val="24"/>
        </w:rPr>
        <w:t xml:space="preserve">Observațiile publicului se primesc zilnic la sediul Direcției Județene de Mediu Caraș-Severin, Reșița, str. Petru Maior, nr. </w:t>
      </w:r>
      <w:proofErr w:type="gramStart"/>
      <w:r w:rsidRPr="00562260">
        <w:rPr>
          <w:sz w:val="24"/>
          <w:szCs w:val="24"/>
        </w:rPr>
        <w:t>73</w:t>
      </w:r>
      <w:proofErr w:type="gramEnd"/>
      <w:r w:rsidRPr="00562260">
        <w:rPr>
          <w:sz w:val="24"/>
          <w:szCs w:val="24"/>
        </w:rPr>
        <w:t xml:space="preserve">, tel. 0255/223053, fax 0255/226729, e-mail: </w:t>
      </w:r>
      <w:hyperlink r:id="rId6" w:history="1">
        <w:r w:rsidR="008408E6" w:rsidRPr="00562260">
          <w:rPr>
            <w:rStyle w:val="Hyperlink"/>
            <w:sz w:val="24"/>
            <w:szCs w:val="24"/>
          </w:rPr>
          <w:t>office@djmcs.anmap.gov.ro</w:t>
        </w:r>
      </w:hyperlink>
      <w:r w:rsidRPr="00562260">
        <w:rPr>
          <w:sz w:val="24"/>
          <w:szCs w:val="24"/>
        </w:rPr>
        <w:t>.</w:t>
      </w:r>
      <w:r w:rsidR="008408E6">
        <w:t xml:space="preserve"> </w:t>
      </w:r>
    </w:p>
    <w:sectPr w:rsidR="004B224B" w:rsidSect="00034616">
      <w:pgSz w:w="11906" w:h="16838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5C23"/>
    <w:rsid w:val="0015074B"/>
    <w:rsid w:val="0029639D"/>
    <w:rsid w:val="00326F90"/>
    <w:rsid w:val="004B224B"/>
    <w:rsid w:val="004E65F9"/>
    <w:rsid w:val="00562260"/>
    <w:rsid w:val="005631E7"/>
    <w:rsid w:val="008408E6"/>
    <w:rsid w:val="00AA1D8D"/>
    <w:rsid w:val="00B47730"/>
    <w:rsid w:val="00CB0664"/>
    <w:rsid w:val="00E93B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BE1D27"/>
  <w14:defaultImageDpi w14:val="300"/>
  <w15:docId w15:val="{66B0AB7E-7160-4B82-B246-87D2F83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408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djmcs.anmap.go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1BE5E5-E9AC-4239-BBB0-13B5C4ACD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Anunț public privind acordul de mediu</vt:lpstr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public privind acordul de mediu</dc:title>
  <dc:subject/>
  <dc:creator>coronini</dc:creator>
  <cp:keywords/>
  <dc:description/>
  <cp:lastModifiedBy>coronini</cp:lastModifiedBy>
  <cp:revision>6</cp:revision>
  <dcterms:created xsi:type="dcterms:W3CDTF">2026-07-30T11:55:00Z</dcterms:created>
  <dcterms:modified xsi:type="dcterms:W3CDTF">2026-07-30T12:02:00Z</dcterms:modified>
  <cp:category/>
</cp:coreProperties>
</file>