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4B" w:rsidRDefault="005631E7">
      <w:pPr>
        <w:spacing w:after="0" w:line="240" w:lineRule="auto"/>
      </w:pPr>
      <w:r>
        <w:br/>
      </w:r>
      <w:r>
        <w:br/>
      </w:r>
      <w:r>
        <w:br/>
      </w:r>
      <w:r>
        <w:br/>
      </w:r>
      <w:r>
        <w:br/>
      </w:r>
    </w:p>
    <w:p w:rsidR="004B224B" w:rsidRDefault="005631E7">
      <w:pPr>
        <w:spacing w:after="0"/>
        <w:jc w:val="center"/>
      </w:pPr>
      <w:r>
        <w:rPr>
          <w:b/>
          <w:sz w:val="24"/>
        </w:rPr>
        <w:t>Anunț public</w:t>
      </w:r>
    </w:p>
    <w:p w:rsidR="004B224B" w:rsidRPr="00562260" w:rsidRDefault="005631E7">
      <w:pPr>
        <w:spacing w:after="440"/>
        <w:jc w:val="center"/>
        <w:rPr>
          <w:sz w:val="24"/>
          <w:szCs w:val="24"/>
        </w:rPr>
      </w:pPr>
      <w:proofErr w:type="gramStart"/>
      <w:r w:rsidRPr="00562260">
        <w:rPr>
          <w:b/>
          <w:sz w:val="24"/>
          <w:szCs w:val="24"/>
        </w:rPr>
        <w:t>privind</w:t>
      </w:r>
      <w:proofErr w:type="gramEnd"/>
      <w:r w:rsidRPr="00562260">
        <w:rPr>
          <w:b/>
          <w:sz w:val="24"/>
          <w:szCs w:val="24"/>
        </w:rPr>
        <w:t xml:space="preserve"> depunerea solicitării de emitere a acordului de mediu</w:t>
      </w:r>
    </w:p>
    <w:p w:rsidR="004B224B" w:rsidRPr="00562260" w:rsidRDefault="004E65F9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b/>
          <w:sz w:val="24"/>
          <w:szCs w:val="24"/>
        </w:rPr>
        <w:t>COMUNA CORONINI</w:t>
      </w:r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anunță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publicul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interesat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asupra</w:t>
      </w:r>
      <w:proofErr w:type="spellEnd"/>
      <w:r w:rsidR="005631E7" w:rsidRPr="00562260">
        <w:rPr>
          <w:sz w:val="24"/>
          <w:szCs w:val="24"/>
        </w:rPr>
        <w:t xml:space="preserve"> depunerii solicitării de </w:t>
      </w:r>
      <w:proofErr w:type="spellStart"/>
      <w:r w:rsidR="005631E7" w:rsidRPr="00562260">
        <w:rPr>
          <w:sz w:val="24"/>
          <w:szCs w:val="24"/>
        </w:rPr>
        <w:t>emitere</w:t>
      </w:r>
      <w:proofErr w:type="spellEnd"/>
      <w:r w:rsidR="005631E7" w:rsidRPr="00562260">
        <w:rPr>
          <w:sz w:val="24"/>
          <w:szCs w:val="24"/>
        </w:rPr>
        <w:t xml:space="preserve"> a </w:t>
      </w:r>
      <w:proofErr w:type="spellStart"/>
      <w:r w:rsidR="005631E7" w:rsidRPr="00562260">
        <w:rPr>
          <w:sz w:val="24"/>
          <w:szCs w:val="24"/>
        </w:rPr>
        <w:t>acordului</w:t>
      </w:r>
      <w:proofErr w:type="spellEnd"/>
      <w:r w:rsidR="005631E7" w:rsidRPr="00562260">
        <w:rPr>
          <w:sz w:val="24"/>
          <w:szCs w:val="24"/>
        </w:rPr>
        <w:t xml:space="preserve"> de </w:t>
      </w:r>
      <w:proofErr w:type="spellStart"/>
      <w:r w:rsidR="005631E7" w:rsidRPr="00562260">
        <w:rPr>
          <w:sz w:val="24"/>
          <w:szCs w:val="24"/>
        </w:rPr>
        <w:t>mediu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pentru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proiectul</w:t>
      </w:r>
      <w:proofErr w:type="spellEnd"/>
      <w:r w:rsidR="005631E7" w:rsidRPr="00562260">
        <w:rPr>
          <w:sz w:val="24"/>
          <w:szCs w:val="24"/>
        </w:rPr>
        <w:t xml:space="preserve"> „</w:t>
      </w:r>
      <w:r w:rsidR="007E7E3E">
        <w:rPr>
          <w:sz w:val="24"/>
          <w:szCs w:val="24"/>
        </w:rPr>
        <w:t>ELABORAREA DOCUMEN</w:t>
      </w:r>
      <w:r w:rsidR="007E7E3E">
        <w:rPr>
          <w:sz w:val="24"/>
          <w:szCs w:val="24"/>
          <w:lang w:val="ro-RO"/>
        </w:rPr>
        <w:t xml:space="preserve">TAȚIEI PENTRU AUTORIZAREA LUCRĂRILOR DE CONSTRUCȚII: </w:t>
      </w:r>
      <w:r w:rsidRPr="00562260">
        <w:rPr>
          <w:sz w:val="24"/>
          <w:szCs w:val="24"/>
        </w:rPr>
        <w:t>DEZVOLTAREA INFRASTRUCTURII DE TURISM ÎN COMUNA C</w:t>
      </w:r>
      <w:r w:rsidR="007E7E3E">
        <w:rPr>
          <w:sz w:val="24"/>
          <w:szCs w:val="24"/>
        </w:rPr>
        <w:t>ORONINI, JUDEȚUL CARAȘ-SEVERIN-OBIECTIV DE UTILITATE PUBLICĂ-SPAȚII VERZI DE TIP PARC</w:t>
      </w:r>
      <w:r w:rsidR="005631E7" w:rsidRPr="00562260">
        <w:rPr>
          <w:sz w:val="24"/>
          <w:szCs w:val="24"/>
        </w:rPr>
        <w:t xml:space="preserve">”, </w:t>
      </w:r>
      <w:proofErr w:type="spellStart"/>
      <w:r w:rsidR="005631E7" w:rsidRPr="00562260">
        <w:rPr>
          <w:sz w:val="24"/>
          <w:szCs w:val="24"/>
        </w:rPr>
        <w:t>propus</w:t>
      </w:r>
      <w:proofErr w:type="spellEnd"/>
      <w:r w:rsidR="005631E7" w:rsidRPr="00562260">
        <w:rPr>
          <w:sz w:val="24"/>
          <w:szCs w:val="24"/>
        </w:rPr>
        <w:t xml:space="preserve"> a fi </w:t>
      </w:r>
      <w:proofErr w:type="spellStart"/>
      <w:r w:rsidR="000C5C23">
        <w:rPr>
          <w:sz w:val="24"/>
          <w:szCs w:val="24"/>
        </w:rPr>
        <w:t>amplasat</w:t>
      </w:r>
      <w:proofErr w:type="spellEnd"/>
      <w:r w:rsidR="000C5C23">
        <w:rPr>
          <w:sz w:val="24"/>
          <w:szCs w:val="24"/>
        </w:rPr>
        <w:t xml:space="preserve"> </w:t>
      </w:r>
      <w:proofErr w:type="spellStart"/>
      <w:proofErr w:type="gramStart"/>
      <w:r w:rsidR="000C5C23">
        <w:rPr>
          <w:sz w:val="24"/>
          <w:szCs w:val="24"/>
        </w:rPr>
        <w:t>în</w:t>
      </w:r>
      <w:proofErr w:type="spellEnd"/>
      <w:r w:rsidR="000C5C23">
        <w:rPr>
          <w:sz w:val="24"/>
          <w:szCs w:val="24"/>
        </w:rPr>
        <w:t xml:space="preserve"> ................</w:t>
      </w:r>
      <w:proofErr w:type="gramEnd"/>
      <w:r w:rsidR="005631E7" w:rsidRPr="00562260">
        <w:rPr>
          <w:sz w:val="24"/>
          <w:szCs w:val="24"/>
        </w:rPr>
        <w:t xml:space="preserve"> </w:t>
      </w:r>
      <w:proofErr w:type="spellStart"/>
      <w:r w:rsidRPr="00562260">
        <w:rPr>
          <w:b/>
          <w:i/>
          <w:sz w:val="24"/>
          <w:szCs w:val="24"/>
        </w:rPr>
        <w:t>Comuna</w:t>
      </w:r>
      <w:proofErr w:type="spellEnd"/>
      <w:r w:rsidRPr="00562260">
        <w:rPr>
          <w:b/>
          <w:i/>
          <w:sz w:val="24"/>
          <w:szCs w:val="24"/>
        </w:rPr>
        <w:t xml:space="preserve"> Coronini</w:t>
      </w:r>
      <w:r w:rsidR="005631E7" w:rsidRPr="00562260">
        <w:rPr>
          <w:sz w:val="24"/>
          <w:szCs w:val="24"/>
        </w:rPr>
        <w:t>.</w:t>
      </w:r>
    </w:p>
    <w:p w:rsidR="004B224B" w:rsidRPr="00562260" w:rsidRDefault="005631E7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sz w:val="24"/>
          <w:szCs w:val="24"/>
        </w:rPr>
        <w:t>Informațiile privind proiectul propus pot fi consultate la sediul Direcției Județene de Mediu Caraș-Severin, Reșița, str. Petru Maior, nr. 73, în zilele de luni - joi,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- 16</w:t>
      </w:r>
      <w:r w:rsidRPr="00562260">
        <w:rPr>
          <w:sz w:val="24"/>
          <w:szCs w:val="24"/>
          <w:vertAlign w:val="superscript"/>
        </w:rPr>
        <w:t>30</w:t>
      </w:r>
      <w:r w:rsidRPr="00562260">
        <w:rPr>
          <w:sz w:val="24"/>
          <w:szCs w:val="24"/>
        </w:rPr>
        <w:t>, și vineri,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- 14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, </w:t>
      </w:r>
      <w:proofErr w:type="spellStart"/>
      <w:r w:rsidRPr="00562260">
        <w:rPr>
          <w:sz w:val="24"/>
          <w:szCs w:val="24"/>
        </w:rPr>
        <w:t>și</w:t>
      </w:r>
      <w:proofErr w:type="spellEnd"/>
      <w:r w:rsidRPr="00562260">
        <w:rPr>
          <w:sz w:val="24"/>
          <w:szCs w:val="24"/>
        </w:rPr>
        <w:t xml:space="preserve"> la </w:t>
      </w:r>
      <w:proofErr w:type="spellStart"/>
      <w:r w:rsidRPr="00562260">
        <w:rPr>
          <w:sz w:val="24"/>
          <w:szCs w:val="24"/>
        </w:rPr>
        <w:t>sediul</w:t>
      </w:r>
      <w:proofErr w:type="spellEnd"/>
      <w:r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Comune</w:t>
      </w:r>
      <w:r w:rsidR="007E7E3E">
        <w:rPr>
          <w:sz w:val="24"/>
          <w:szCs w:val="24"/>
        </w:rPr>
        <w:t>i</w:t>
      </w:r>
      <w:proofErr w:type="spellEnd"/>
      <w:r w:rsidR="007E7E3E">
        <w:rPr>
          <w:sz w:val="24"/>
          <w:szCs w:val="24"/>
        </w:rPr>
        <w:t xml:space="preserve"> CORONINI in </w:t>
      </w:r>
      <w:proofErr w:type="spellStart"/>
      <w:r w:rsidR="007E7E3E">
        <w:rPr>
          <w:sz w:val="24"/>
          <w:szCs w:val="24"/>
        </w:rPr>
        <w:t>zilele</w:t>
      </w:r>
      <w:proofErr w:type="spellEnd"/>
      <w:r w:rsidR="007E7E3E">
        <w:rPr>
          <w:sz w:val="24"/>
          <w:szCs w:val="24"/>
        </w:rPr>
        <w:t xml:space="preserve"> de </w:t>
      </w:r>
      <w:proofErr w:type="spellStart"/>
      <w:r w:rsidR="007E7E3E">
        <w:rPr>
          <w:sz w:val="24"/>
          <w:szCs w:val="24"/>
        </w:rPr>
        <w:t>luni-vineri</w:t>
      </w:r>
      <w:proofErr w:type="spellEnd"/>
      <w:r w:rsidR="008408E6" w:rsidRPr="00562260">
        <w:rPr>
          <w:sz w:val="24"/>
          <w:szCs w:val="24"/>
        </w:rPr>
        <w:t xml:space="preserve">, </w:t>
      </w:r>
      <w:proofErr w:type="spellStart"/>
      <w:r w:rsidR="008408E6" w:rsidRPr="00562260">
        <w:rPr>
          <w:sz w:val="24"/>
          <w:szCs w:val="24"/>
        </w:rPr>
        <w:t>între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orele</w:t>
      </w:r>
      <w:proofErr w:type="spellEnd"/>
      <w:r w:rsidR="008408E6" w:rsidRPr="00562260">
        <w:rPr>
          <w:sz w:val="24"/>
          <w:szCs w:val="24"/>
        </w:rPr>
        <w:t xml:space="preserve"> 0</w:t>
      </w:r>
      <w:r w:rsidR="007E7E3E">
        <w:rPr>
          <w:sz w:val="24"/>
          <w:szCs w:val="24"/>
        </w:rPr>
        <w:t>8</w:t>
      </w:r>
      <w:r w:rsidR="008408E6" w:rsidRPr="00562260">
        <w:rPr>
          <w:sz w:val="24"/>
          <w:szCs w:val="24"/>
        </w:rPr>
        <w:t>,oo – 1</w:t>
      </w:r>
      <w:r w:rsidR="007E7E3E">
        <w:rPr>
          <w:sz w:val="24"/>
          <w:szCs w:val="24"/>
        </w:rPr>
        <w:t>6,oo</w:t>
      </w:r>
      <w:bookmarkStart w:id="0" w:name="_GoBack"/>
      <w:bookmarkEnd w:id="0"/>
      <w:r w:rsidRPr="00562260">
        <w:rPr>
          <w:sz w:val="24"/>
          <w:szCs w:val="24"/>
        </w:rPr>
        <w:t>.</w:t>
      </w:r>
    </w:p>
    <w:p w:rsidR="004B224B" w:rsidRDefault="005631E7">
      <w:pPr>
        <w:spacing w:after="0" w:line="252" w:lineRule="auto"/>
        <w:ind w:firstLine="397"/>
        <w:jc w:val="both"/>
      </w:pPr>
      <w:r w:rsidRPr="00562260">
        <w:rPr>
          <w:sz w:val="24"/>
          <w:szCs w:val="24"/>
        </w:rPr>
        <w:t xml:space="preserve">Observațiile publicului se primesc zilnic la sediul Direcției Județene de Mediu Caraș-Severin, Reșița, str. Petru Maior, nr. </w:t>
      </w:r>
      <w:proofErr w:type="gramStart"/>
      <w:r w:rsidRPr="00562260">
        <w:rPr>
          <w:sz w:val="24"/>
          <w:szCs w:val="24"/>
        </w:rPr>
        <w:t>73</w:t>
      </w:r>
      <w:proofErr w:type="gramEnd"/>
      <w:r w:rsidRPr="00562260">
        <w:rPr>
          <w:sz w:val="24"/>
          <w:szCs w:val="24"/>
        </w:rPr>
        <w:t xml:space="preserve">, tel. 0255/223053, fax 0255/226729, e-mail: </w:t>
      </w:r>
      <w:hyperlink r:id="rId6" w:history="1">
        <w:r w:rsidR="008408E6" w:rsidRPr="00562260">
          <w:rPr>
            <w:rStyle w:val="Hyperlink"/>
            <w:sz w:val="24"/>
            <w:szCs w:val="24"/>
          </w:rPr>
          <w:t>office@djmcs.anmap.gov.ro</w:t>
        </w:r>
      </w:hyperlink>
      <w:r w:rsidRPr="00562260">
        <w:rPr>
          <w:sz w:val="24"/>
          <w:szCs w:val="24"/>
        </w:rPr>
        <w:t>.</w:t>
      </w:r>
      <w:r w:rsidR="008408E6">
        <w:t xml:space="preserve"> </w:t>
      </w:r>
    </w:p>
    <w:sectPr w:rsidR="004B224B" w:rsidSect="00034616">
      <w:pgSz w:w="11906" w:h="16838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5C23"/>
    <w:rsid w:val="0015074B"/>
    <w:rsid w:val="0029639D"/>
    <w:rsid w:val="00326F90"/>
    <w:rsid w:val="004B224B"/>
    <w:rsid w:val="004E65F9"/>
    <w:rsid w:val="00562260"/>
    <w:rsid w:val="005631E7"/>
    <w:rsid w:val="00685ECD"/>
    <w:rsid w:val="007E7E3E"/>
    <w:rsid w:val="008408E6"/>
    <w:rsid w:val="00AA1D8D"/>
    <w:rsid w:val="00B47730"/>
    <w:rsid w:val="00CB0664"/>
    <w:rsid w:val="00E93B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9AEE5D"/>
  <w14:defaultImageDpi w14:val="300"/>
  <w15:docId w15:val="{66B0AB7E-7160-4B82-B246-87D2F83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408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djmcs.anmap.go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9B6F7C-0437-408F-A680-0643A3559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Anunț public privind acordul de mediu</vt:lpstr>
    </vt:vector>
  </TitlesOfParts>
  <Manager/>
  <Company/>
  <LinksUpToDate>false</LinksUpToDate>
  <CharactersWithSpaces>1027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public privind acordul de mediu</dc:title>
  <dc:subject/>
  <dc:creator>coronini</dc:creator>
  <cp:keywords/>
  <dc:description/>
  <cp:lastModifiedBy>coronini</cp:lastModifiedBy>
  <cp:revision>3</cp:revision>
  <dcterms:created xsi:type="dcterms:W3CDTF">2026-08-17T06:42:00Z</dcterms:created>
  <dcterms:modified xsi:type="dcterms:W3CDTF">2026-08-17T06:47:00Z</dcterms:modified>
  <cp:category/>
</cp:coreProperties>
</file>